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Anusha Raghavan</w:t>
      </w:r>
    </w:p>
    <w:p>
      <w:r>
        <w:t>📧 raghavn65@gmail.com | 📞 +91 9042594484 | 📍 Bangalore, India</w:t>
      </w:r>
    </w:p>
    <w:p>
      <w:r>
        <w:t>🔗 LinkedIn: https://www.linkedin.com/in/anusha-raghavan</w:t>
      </w:r>
    </w:p>
    <w:p>
      <w:r>
        <w:t>🔗 GitHub: https://github.com/Anush960</w:t>
      </w:r>
    </w:p>
    <w:p>
      <w:pPr>
        <w:pStyle w:val="Heading1"/>
      </w:pPr>
      <w:r>
        <w:t>Professional Summary</w:t>
      </w:r>
    </w:p>
    <w:p>
      <w:r>
        <w:t>Passionate and dedicated educator with a background in Finance, Data Analytics, and Digital Marketing. Experienced Financial Analyst and Consultant with a strong foundation in business operations, reporting, and data-driven decision-making. Currently pursuing a transition into academics with an emphasis on equipping students with industry-relevant skills in analytics, business strategy, and technology. Strong communication, presentation, and mentoring abilities with a commitment to student development.</w:t>
      </w:r>
    </w:p>
    <w:p>
      <w:pPr>
        <w:pStyle w:val="Heading1"/>
      </w:pPr>
      <w:r>
        <w:t>Key Skills</w:t>
      </w:r>
    </w:p>
    <w:p>
      <w:pPr>
        <w:pStyle w:val="ListBullet"/>
      </w:pPr>
      <w:r>
        <w:t>• Business Analytics &amp; Digital Marketing</w:t>
      </w:r>
    </w:p>
    <w:p>
      <w:pPr>
        <w:pStyle w:val="ListBullet"/>
      </w:pPr>
      <w:r>
        <w:t>• Data Visualization: Power BI, Tableau</w:t>
      </w:r>
    </w:p>
    <w:p>
      <w:pPr>
        <w:pStyle w:val="ListBullet"/>
      </w:pPr>
      <w:r>
        <w:t>• Advanced Excel &amp; Google Analytics</w:t>
      </w:r>
    </w:p>
    <w:p>
      <w:pPr>
        <w:pStyle w:val="ListBullet"/>
      </w:pPr>
      <w:r>
        <w:t>• SQL &amp; Web Scraping (Parse Hub)</w:t>
      </w:r>
    </w:p>
    <w:p>
      <w:pPr>
        <w:pStyle w:val="ListBullet"/>
      </w:pPr>
      <w:r>
        <w:t>• Report Writing &amp; Presentation (PowerPoint)</w:t>
      </w:r>
    </w:p>
    <w:p>
      <w:pPr>
        <w:pStyle w:val="ListBullet"/>
      </w:pPr>
      <w:r>
        <w:t>• Teaching &amp; Mentoring | Communication Skills</w:t>
      </w:r>
    </w:p>
    <w:p>
      <w:pPr>
        <w:pStyle w:val="Heading1"/>
      </w:pPr>
      <w:r>
        <w:t>Education</w:t>
      </w:r>
    </w:p>
    <w:p>
      <w:r>
        <w:t>Master’s in Business Analytics and Digital Marketing</w:t>
        <w:br/>
        <w:t>IIT-M Pravartak certified – GUVI, 2024</w:t>
      </w:r>
    </w:p>
    <w:p>
      <w:r>
        <w:t>MBA – Finance and HR</w:t>
        <w:br/>
        <w:t>St. Joseph’s College of Engineering, 2016</w:t>
      </w:r>
    </w:p>
    <w:p>
      <w:r>
        <w:t>BE – Electronics and Communication Engineering</w:t>
        <w:br/>
        <w:t>Vels University, 2014</w:t>
      </w:r>
    </w:p>
    <w:p>
      <w:pPr>
        <w:pStyle w:val="Heading1"/>
      </w:pPr>
      <w:r>
        <w:t>Certifications</w:t>
      </w:r>
    </w:p>
    <w:p>
      <w:pPr>
        <w:pStyle w:val="ListBullet"/>
      </w:pPr>
      <w:r>
        <w:t>• SQL, Tableau, Power BI – GUVI Geeks Ltd</w:t>
      </w:r>
    </w:p>
    <w:p>
      <w:pPr>
        <w:pStyle w:val="ListBullet"/>
      </w:pPr>
      <w:r>
        <w:t>• BEC – Cambridge English</w:t>
      </w:r>
    </w:p>
    <w:p>
      <w:pPr>
        <w:pStyle w:val="ListBullet"/>
      </w:pPr>
      <w:r>
        <w:t>• Typing Advanced – Certified</w:t>
      </w:r>
    </w:p>
    <w:p>
      <w:pPr>
        <w:pStyle w:val="ListBullet"/>
      </w:pPr>
      <w:r>
        <w:t>• C# Programming – NIIT</w:t>
      </w:r>
    </w:p>
    <w:p>
      <w:pPr>
        <w:pStyle w:val="Heading1"/>
      </w:pPr>
      <w:r>
        <w:t>Teaching Interest Areas</w:t>
      </w:r>
    </w:p>
    <w:p>
      <w:pPr>
        <w:pStyle w:val="ListBullet"/>
      </w:pPr>
      <w:r>
        <w:t>• Business Analytics</w:t>
      </w:r>
    </w:p>
    <w:p>
      <w:pPr>
        <w:pStyle w:val="ListBullet"/>
      </w:pPr>
      <w:r>
        <w:t>• Financial Management</w:t>
      </w:r>
    </w:p>
    <w:p>
      <w:pPr>
        <w:pStyle w:val="ListBullet"/>
      </w:pPr>
      <w:r>
        <w:t>• HR Practices</w:t>
      </w:r>
    </w:p>
    <w:p>
      <w:pPr>
        <w:pStyle w:val="ListBullet"/>
      </w:pPr>
      <w:r>
        <w:t>• Digital Marketing &amp; Strategy</w:t>
      </w:r>
    </w:p>
    <w:p>
      <w:pPr>
        <w:pStyle w:val="ListBullet"/>
      </w:pPr>
      <w:r>
        <w:t>• Excel for Business</w:t>
      </w:r>
    </w:p>
    <w:p>
      <w:pPr>
        <w:pStyle w:val="ListBullet"/>
      </w:pPr>
      <w:r>
        <w:t>• Data Visualization Tools (Power BI, Tableau)</w:t>
      </w:r>
    </w:p>
    <w:p>
      <w:pPr>
        <w:pStyle w:val="Heading1"/>
      </w:pPr>
      <w:r>
        <w:t>Industry Experience</w:t>
      </w:r>
    </w:p>
    <w:p>
      <w:r>
        <w:t>Financial Analyst – Wipro Ltd, Chennai</w:t>
        <w:br/>
        <w:t>2016 – 2018</w:t>
      </w:r>
    </w:p>
    <w:p>
      <w:pPr>
        <w:pStyle w:val="ListBullet"/>
      </w:pPr>
      <w:r>
        <w:t>• Handled settlement instructions, MIS, reconciliations, and client communication.</w:t>
      </w:r>
    </w:p>
    <w:p>
      <w:pPr>
        <w:pStyle w:val="ListBullet"/>
      </w:pPr>
      <w:r>
        <w:t>• Conducted financial and investment analyses including green projects.</w:t>
      </w:r>
    </w:p>
    <w:p>
      <w:pPr>
        <w:pStyle w:val="ListBullet"/>
      </w:pPr>
      <w:r>
        <w:t>• Managed internal reporting, disclosure procedures, and client queries.</w:t>
      </w:r>
    </w:p>
    <w:p>
      <w:r>
        <w:t>Financial Consultant – Sutherland Global Services, Chennai</w:t>
        <w:br/>
        <w:t>2016</w:t>
      </w:r>
    </w:p>
    <w:p>
      <w:pPr>
        <w:pStyle w:val="ListBullet"/>
      </w:pPr>
      <w:r>
        <w:t>• Resolved customer issues related to Uber payments and trip queries.</w:t>
      </w:r>
    </w:p>
    <w:p>
      <w:pPr>
        <w:pStyle w:val="ListBullet"/>
      </w:pPr>
      <w:r>
        <w:t>• Ensured service quality and communication between customers and the company.</w:t>
      </w:r>
    </w:p>
    <w:p>
      <w:pPr>
        <w:pStyle w:val="Heading1"/>
      </w:pPr>
      <w:r>
        <w:t>Academic Projects</w:t>
      </w:r>
    </w:p>
    <w:p>
      <w:pPr>
        <w:pStyle w:val="ListBullet"/>
      </w:pPr>
      <w:r>
        <w:t>• Power BI Job Simulation – PwC</w:t>
      </w:r>
    </w:p>
    <w:p>
      <w:pPr>
        <w:pStyle w:val="ListBullet"/>
      </w:pPr>
      <w:r>
        <w:t>• Data Analytics &amp; Visualization – Accenture</w:t>
      </w:r>
    </w:p>
    <w:p>
      <w:pPr>
        <w:pStyle w:val="ListBullet"/>
      </w:pPr>
      <w:r>
        <w:t>• Excel Skills for Business – Goldman Sachs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