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7E4AD" w14:textId="7D47729A" w:rsidR="00126420" w:rsidRDefault="00C46B47" w:rsidP="00ED2F6E">
      <w:pPr>
        <w:pStyle w:val="Heading1"/>
      </w:pPr>
      <w:r>
        <w:t>Dhanush VM</w:t>
      </w:r>
    </w:p>
    <w:p w14:paraId="12FB2A8F" w14:textId="18B7958D" w:rsidR="00763719" w:rsidRDefault="00763719">
      <w:r>
        <w:t xml:space="preserve">📍 Current </w:t>
      </w:r>
      <w:proofErr w:type="gramStart"/>
      <w:r>
        <w:t>Address :</w:t>
      </w:r>
      <w:proofErr w:type="gramEnd"/>
      <w:r>
        <w:t xml:space="preserve"> SLV PG  </w:t>
      </w:r>
      <w:proofErr w:type="spellStart"/>
      <w:r>
        <w:t>wipro</w:t>
      </w:r>
      <w:proofErr w:type="spellEnd"/>
      <w:r>
        <w:t xml:space="preserve"> sez, </w:t>
      </w:r>
      <w:proofErr w:type="spellStart"/>
      <w:r>
        <w:t>opp</w:t>
      </w:r>
      <w:proofErr w:type="spellEnd"/>
      <w:r>
        <w:t xml:space="preserve"> </w:t>
      </w:r>
      <w:proofErr w:type="spellStart"/>
      <w:r>
        <w:t>Snehadaan</w:t>
      </w:r>
      <w:proofErr w:type="spellEnd"/>
      <w:r>
        <w:t xml:space="preserve"> Hospital, </w:t>
      </w:r>
      <w:proofErr w:type="spellStart"/>
      <w:r>
        <w:t>Carmelaram</w:t>
      </w:r>
      <w:proofErr w:type="spellEnd"/>
      <w:r>
        <w:t>, Bengaluru Karnataka, 560035</w:t>
      </w:r>
    </w:p>
    <w:p w14:paraId="152C8389" w14:textId="2EF05138" w:rsidR="00126420" w:rsidRDefault="003324BD">
      <w:r>
        <w:t xml:space="preserve">📍 </w:t>
      </w:r>
      <w:r w:rsidR="00763719">
        <w:t>P</w:t>
      </w:r>
      <w:r w:rsidR="00763719" w:rsidRPr="00763719">
        <w:t xml:space="preserve">ermanent </w:t>
      </w:r>
      <w:r>
        <w:t xml:space="preserve">Address: No. </w:t>
      </w:r>
      <w:r w:rsidR="00C46B47">
        <w:t xml:space="preserve">48 </w:t>
      </w:r>
      <w:proofErr w:type="spellStart"/>
      <w:r w:rsidR="00C46B47">
        <w:t>Kamarajar</w:t>
      </w:r>
      <w:proofErr w:type="spellEnd"/>
      <w:r w:rsidR="00C46B47">
        <w:t xml:space="preserve"> </w:t>
      </w:r>
      <w:proofErr w:type="spellStart"/>
      <w:r w:rsidR="00C46B47">
        <w:t>st</w:t>
      </w:r>
      <w:proofErr w:type="spellEnd"/>
      <w:r w:rsidR="00C46B47">
        <w:t xml:space="preserve">, </w:t>
      </w:r>
      <w:proofErr w:type="spellStart"/>
      <w:r w:rsidR="00C46B47">
        <w:t>Tiruttani</w:t>
      </w:r>
      <w:proofErr w:type="spellEnd"/>
      <w:r w:rsidR="00C46B47">
        <w:t xml:space="preserve"> </w:t>
      </w:r>
      <w:proofErr w:type="gramStart"/>
      <w:r w:rsidR="00C46B47">
        <w:t>bypass ,</w:t>
      </w:r>
      <w:proofErr w:type="spellStart"/>
      <w:r w:rsidR="00C46B47">
        <w:t>Tiruttani</w:t>
      </w:r>
      <w:proofErr w:type="spellEnd"/>
      <w:proofErr w:type="gramEnd"/>
      <w:r w:rsidR="00C46B47">
        <w:t xml:space="preserve"> </w:t>
      </w:r>
      <w:r w:rsidR="00763719">
        <w:t xml:space="preserve">Tamil Nadu </w:t>
      </w:r>
      <w:r w:rsidR="00C46B47">
        <w:t>631209</w:t>
      </w:r>
      <w:r>
        <w:br/>
        <w:t>📧 Email:</w:t>
      </w:r>
      <w:r w:rsidR="00C46B47">
        <w:t xml:space="preserve"> dhanushkvn007@gmail.com</w:t>
      </w:r>
      <w:r>
        <w:t xml:space="preserve"> | 📱 Mobile: +91-</w:t>
      </w:r>
      <w:r w:rsidR="00C46B47">
        <w:t>7373135904</w:t>
      </w:r>
    </w:p>
    <w:p w14:paraId="67BEEB92" w14:textId="77777777" w:rsidR="00126420" w:rsidRDefault="003324BD">
      <w:pPr>
        <w:pStyle w:val="Heading1"/>
      </w:pPr>
      <w:r>
        <w:t>Professional Summary</w:t>
      </w:r>
    </w:p>
    <w:p w14:paraId="226020D9" w14:textId="152D2EE8" w:rsidR="00126420" w:rsidRDefault="003324BD">
      <w:r>
        <w:t xml:space="preserve">Dedicated and detail-oriented IT professional with </w:t>
      </w:r>
      <w:r w:rsidR="001C7458">
        <w:t>3.5</w:t>
      </w:r>
      <w:r>
        <w:t>+ years of experience as a System Administrator. Skilled in managing Windows ensuring system availability, and delivering efficient technical support. Proficient in Active Directory, DHCP, DNS, virtualization, and network services. Committed to maintaining secure and scalable IT infrastructure.</w:t>
      </w:r>
    </w:p>
    <w:p w14:paraId="5CD8F262" w14:textId="77777777" w:rsidR="00126420" w:rsidRDefault="003324BD">
      <w:pPr>
        <w:pStyle w:val="Heading1"/>
      </w:pPr>
      <w:r>
        <w:t>Work Experience</w:t>
      </w:r>
    </w:p>
    <w:p w14:paraId="6E354AEF" w14:textId="1B2E83AD" w:rsidR="00862B41" w:rsidRPr="00862B41" w:rsidRDefault="003324BD" w:rsidP="00862B41">
      <w:pPr>
        <w:pStyle w:val="Heading2"/>
      </w:pPr>
      <w:r>
        <w:t xml:space="preserve">System Administrator | </w:t>
      </w:r>
      <w:r w:rsidR="00862B41">
        <w:t xml:space="preserve">Harvest International School Bangalore  </w:t>
      </w:r>
    </w:p>
    <w:p w14:paraId="10AB2D96" w14:textId="1414E841" w:rsidR="00126420" w:rsidRDefault="00ED2F6E">
      <w:r>
        <w:t>July</w:t>
      </w:r>
      <w:r w:rsidR="003324BD">
        <w:t xml:space="preserve"> 2</w:t>
      </w:r>
      <w:r>
        <w:t>024</w:t>
      </w:r>
      <w:r w:rsidR="003324BD">
        <w:t xml:space="preserve"> – </w:t>
      </w:r>
      <w:r w:rsidR="00862B41">
        <w:t>present</w:t>
      </w:r>
    </w:p>
    <w:p w14:paraId="2C82A867" w14:textId="57086DD9" w:rsidR="006F77C8" w:rsidRDefault="003324BD">
      <w:r>
        <w:t xml:space="preserve">•  </w:t>
      </w:r>
      <w:r w:rsidR="000F706F">
        <w:t>Installed and configured IP CCTV camera systems</w:t>
      </w:r>
      <w:r>
        <w:t>.</w:t>
      </w:r>
      <w:r w:rsidR="000F706F" w:rsidRPr="000F706F">
        <w:t xml:space="preserve"> </w:t>
      </w:r>
      <w:r w:rsidR="000F706F">
        <w:t xml:space="preserve">                                                                           • </w:t>
      </w:r>
      <w:r w:rsidR="000F706F" w:rsidRPr="000F706F">
        <w:t xml:space="preserve"> </w:t>
      </w:r>
      <w:r w:rsidR="000F706F">
        <w:t>Set up and maintained smart classroom panels / interactive boards</w:t>
      </w:r>
      <w:r>
        <w:br/>
        <w:t xml:space="preserve">• </w:t>
      </w:r>
      <w:r w:rsidR="000F706F">
        <w:t>Provided basic desktop and technical support to staff</w:t>
      </w:r>
      <w:r>
        <w:br/>
        <w:t xml:space="preserve">• </w:t>
      </w:r>
      <w:r w:rsidR="000F706F">
        <w:t>Troubleshot hardware, software, and network issues</w:t>
      </w:r>
      <w:r>
        <w:t>.</w:t>
      </w:r>
      <w:r>
        <w:br/>
        <w:t xml:space="preserve">• </w:t>
      </w:r>
      <w:r w:rsidR="000F706F">
        <w:t>Assisted Installed and configured setup and maintenance (LAN/Wi-</w:t>
      </w:r>
      <w:proofErr w:type="gramStart"/>
      <w:r w:rsidR="000F706F">
        <w:t xml:space="preserve">Fi)   </w:t>
      </w:r>
      <w:proofErr w:type="gramEnd"/>
      <w:r w:rsidR="000F706F">
        <w:t xml:space="preserve">                                   </w:t>
      </w:r>
      <w:r w:rsidR="000F706F" w:rsidRPr="000F706F">
        <w:t xml:space="preserve"> </w:t>
      </w:r>
      <w:r w:rsidR="000F706F">
        <w:t>•</w:t>
      </w:r>
      <w:r w:rsidR="000F706F" w:rsidRPr="000F706F">
        <w:t xml:space="preserve"> </w:t>
      </w:r>
      <w:r w:rsidR="000F706F">
        <w:t>Supported users with Microsoft Office, email, and system access issues</w:t>
      </w:r>
    </w:p>
    <w:p w14:paraId="7CA7830D" w14:textId="77777777" w:rsidR="000230A8" w:rsidRDefault="000230A8" w:rsidP="000230A8">
      <w:pPr>
        <w:pStyle w:val="Heading2"/>
      </w:pPr>
      <w:r>
        <w:t xml:space="preserve">System Administrator | ARM Soft Technologies </w:t>
      </w:r>
    </w:p>
    <w:p w14:paraId="415B9098" w14:textId="77777777" w:rsidR="000230A8" w:rsidRDefault="000230A8" w:rsidP="000230A8">
      <w:r>
        <w:t>August 2022 – April 2024</w:t>
      </w:r>
    </w:p>
    <w:p w14:paraId="4D4E5EA3"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Assist users with hardware and software issues on desktops and laptops.</w:t>
      </w:r>
    </w:p>
    <w:p w14:paraId="5291663C"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Install, configure, and troubleshoot operating systems and applications.</w:t>
      </w:r>
    </w:p>
    <w:p w14:paraId="2F0BEF87"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Provide password resets and account support for users.</w:t>
      </w:r>
    </w:p>
    <w:p w14:paraId="77F0DED0"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Support network connectivity issues such as VPN, Wi-Fi, and LAN.</w:t>
      </w:r>
    </w:p>
    <w:p w14:paraId="6EA0CA6B"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Maintain IT asset inventory and basic documentation.</w:t>
      </w:r>
    </w:p>
    <w:p w14:paraId="29826AA0"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Escalate unresolved technical proble</w:t>
      </w:r>
      <w:bookmarkStart w:id="0" w:name="_GoBack"/>
      <w:bookmarkEnd w:id="0"/>
      <w:r w:rsidRPr="00C31BD0">
        <w:rPr>
          <w:rFonts w:ascii="Times New Roman" w:eastAsia="Times New Roman" w:hAnsi="Times New Roman" w:cs="Times New Roman"/>
          <w:sz w:val="24"/>
          <w:szCs w:val="24"/>
          <w:lang w:val="en-IN" w:eastAsia="en-IN"/>
        </w:rPr>
        <w:t>ms to senior IT staff.</w:t>
      </w:r>
    </w:p>
    <w:p w14:paraId="0B414A6E"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Respond to tickets or requests using company helpdesk tools.</w:t>
      </w:r>
    </w:p>
    <w:p w14:paraId="62D10A51"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Ensure workstations are updated and secure with antivirus and patches.</w:t>
      </w:r>
    </w:p>
    <w:p w14:paraId="0885B3A6"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Offer remote support to employees for basic technical problems.</w:t>
      </w:r>
    </w:p>
    <w:p w14:paraId="0C49A234" w14:textId="77777777" w:rsidR="00C31BD0" w:rsidRPr="00C31BD0" w:rsidRDefault="00C31BD0" w:rsidP="00C31BD0">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C31BD0">
        <w:rPr>
          <w:rFonts w:ascii="Times New Roman" w:eastAsia="Times New Roman" w:hAnsi="Times New Roman" w:cs="Times New Roman"/>
          <w:sz w:val="24"/>
          <w:szCs w:val="24"/>
          <w:lang w:val="en-IN" w:eastAsia="en-IN"/>
        </w:rPr>
        <w:t>Follow company IT policies and security protocols.</w:t>
      </w:r>
    </w:p>
    <w:p w14:paraId="6DA1DB56" w14:textId="77777777" w:rsidR="000F706F" w:rsidRDefault="000F706F"/>
    <w:p w14:paraId="152492D5" w14:textId="77777777" w:rsidR="00126420" w:rsidRDefault="003324BD">
      <w:pPr>
        <w:pStyle w:val="Heading1"/>
      </w:pPr>
      <w:r>
        <w:lastRenderedPageBreak/>
        <w:t>Education</w:t>
      </w:r>
    </w:p>
    <w:tbl>
      <w:tblPr>
        <w:tblW w:w="0" w:type="auto"/>
        <w:tblLook w:val="04A0" w:firstRow="1" w:lastRow="0" w:firstColumn="1" w:lastColumn="0" w:noHBand="0" w:noVBand="1"/>
      </w:tblPr>
      <w:tblGrid>
        <w:gridCol w:w="1728"/>
        <w:gridCol w:w="1728"/>
        <w:gridCol w:w="1728"/>
        <w:gridCol w:w="1873"/>
        <w:gridCol w:w="1728"/>
      </w:tblGrid>
      <w:tr w:rsidR="00126420" w14:paraId="3685B895" w14:textId="77777777" w:rsidTr="00BF07B1">
        <w:tc>
          <w:tcPr>
            <w:tcW w:w="1728" w:type="dxa"/>
          </w:tcPr>
          <w:p w14:paraId="3721B033" w14:textId="77777777" w:rsidR="00126420" w:rsidRDefault="003324BD">
            <w:r>
              <w:t>Qualification</w:t>
            </w:r>
          </w:p>
        </w:tc>
        <w:tc>
          <w:tcPr>
            <w:tcW w:w="1728" w:type="dxa"/>
          </w:tcPr>
          <w:p w14:paraId="22715E8F" w14:textId="77777777" w:rsidR="00126420" w:rsidRDefault="003324BD">
            <w:r>
              <w:t>Year</w:t>
            </w:r>
          </w:p>
        </w:tc>
        <w:tc>
          <w:tcPr>
            <w:tcW w:w="1728" w:type="dxa"/>
          </w:tcPr>
          <w:p w14:paraId="7245591B" w14:textId="77777777" w:rsidR="00126420" w:rsidRDefault="003324BD">
            <w:r>
              <w:t>Institute</w:t>
            </w:r>
          </w:p>
        </w:tc>
        <w:tc>
          <w:tcPr>
            <w:tcW w:w="1873" w:type="dxa"/>
          </w:tcPr>
          <w:p w14:paraId="697853BF" w14:textId="77777777" w:rsidR="00126420" w:rsidRDefault="003324BD">
            <w:r>
              <w:t>Board/University</w:t>
            </w:r>
          </w:p>
        </w:tc>
        <w:tc>
          <w:tcPr>
            <w:tcW w:w="1728" w:type="dxa"/>
          </w:tcPr>
          <w:p w14:paraId="4831B8A7" w14:textId="77777777" w:rsidR="00126420" w:rsidRDefault="003324BD">
            <w:r>
              <w:t>Percentage</w:t>
            </w:r>
          </w:p>
        </w:tc>
      </w:tr>
      <w:tr w:rsidR="00961988" w14:paraId="3039E648" w14:textId="77777777" w:rsidTr="0063163F">
        <w:tc>
          <w:tcPr>
            <w:tcW w:w="1728" w:type="dxa"/>
          </w:tcPr>
          <w:p w14:paraId="1CF518BD" w14:textId="3A6D3DD4" w:rsidR="00961988" w:rsidRDefault="00961988" w:rsidP="00961988">
            <w:r>
              <w:t xml:space="preserve">Master’s in Computer Application </w:t>
            </w:r>
          </w:p>
        </w:tc>
        <w:tc>
          <w:tcPr>
            <w:tcW w:w="1728" w:type="dxa"/>
          </w:tcPr>
          <w:p w14:paraId="01C2C5C8" w14:textId="7E59038C" w:rsidR="00961988" w:rsidRDefault="00961988" w:rsidP="00961988">
            <w:r>
              <w:t>2022</w:t>
            </w:r>
          </w:p>
        </w:tc>
        <w:tc>
          <w:tcPr>
            <w:tcW w:w="1728" w:type="dxa"/>
          </w:tcPr>
          <w:p w14:paraId="282A4932" w14:textId="4C5DB2D6" w:rsidR="00961988" w:rsidRDefault="00961988" w:rsidP="00961988">
            <w:r>
              <w:t>SVCET</w:t>
            </w:r>
          </w:p>
        </w:tc>
        <w:tc>
          <w:tcPr>
            <w:tcW w:w="1873" w:type="dxa"/>
          </w:tcPr>
          <w:p w14:paraId="7946DE33" w14:textId="0CC97C2A" w:rsidR="00961988" w:rsidRDefault="00961988" w:rsidP="00961988">
            <w:r>
              <w:t>Anna    University</w:t>
            </w:r>
          </w:p>
        </w:tc>
        <w:tc>
          <w:tcPr>
            <w:tcW w:w="1728" w:type="dxa"/>
          </w:tcPr>
          <w:p w14:paraId="2EC755F8" w14:textId="65A5E4FC" w:rsidR="00961988" w:rsidRDefault="00961988" w:rsidP="00961988">
            <w:r>
              <w:t>72%</w:t>
            </w:r>
          </w:p>
        </w:tc>
      </w:tr>
      <w:tr w:rsidR="00961988" w14:paraId="01B0D6FD" w14:textId="77777777" w:rsidTr="00BF07B1">
        <w:tc>
          <w:tcPr>
            <w:tcW w:w="1728" w:type="dxa"/>
          </w:tcPr>
          <w:p w14:paraId="430704C5" w14:textId="3FD583E4" w:rsidR="00961988" w:rsidRDefault="00961988" w:rsidP="00961988">
            <w:r>
              <w:t xml:space="preserve">Bachelor’s in Computer Application </w:t>
            </w:r>
          </w:p>
        </w:tc>
        <w:tc>
          <w:tcPr>
            <w:tcW w:w="1728" w:type="dxa"/>
          </w:tcPr>
          <w:p w14:paraId="7F4ECED5" w14:textId="34EE6C06" w:rsidR="00961988" w:rsidRDefault="00961988" w:rsidP="00961988">
            <w:r>
              <w:t>2019</w:t>
            </w:r>
          </w:p>
        </w:tc>
        <w:tc>
          <w:tcPr>
            <w:tcW w:w="1728" w:type="dxa"/>
          </w:tcPr>
          <w:p w14:paraId="0D61B658" w14:textId="7D784290" w:rsidR="00961988" w:rsidRDefault="00961988" w:rsidP="00961988">
            <w:r>
              <w:t>Jaya Arts and Science Collage</w:t>
            </w:r>
          </w:p>
        </w:tc>
        <w:tc>
          <w:tcPr>
            <w:tcW w:w="1873" w:type="dxa"/>
          </w:tcPr>
          <w:p w14:paraId="789D1645" w14:textId="561806D8" w:rsidR="00961988" w:rsidRDefault="00961988" w:rsidP="00961988">
            <w:proofErr w:type="spellStart"/>
            <w:r>
              <w:t>Thirvalluvar</w:t>
            </w:r>
            <w:proofErr w:type="spellEnd"/>
            <w:r>
              <w:t xml:space="preserve"> University</w:t>
            </w:r>
          </w:p>
        </w:tc>
        <w:tc>
          <w:tcPr>
            <w:tcW w:w="1728" w:type="dxa"/>
          </w:tcPr>
          <w:p w14:paraId="3D6C6022" w14:textId="52D6EAA5" w:rsidR="00961988" w:rsidRDefault="00961988" w:rsidP="00961988">
            <w:r>
              <w:t>61.5%</w:t>
            </w:r>
          </w:p>
        </w:tc>
      </w:tr>
      <w:tr w:rsidR="00961988" w14:paraId="7A089729" w14:textId="77777777" w:rsidTr="00BF07B1">
        <w:tc>
          <w:tcPr>
            <w:tcW w:w="1728" w:type="dxa"/>
          </w:tcPr>
          <w:p w14:paraId="78346B31" w14:textId="272BE3BD" w:rsidR="00961988" w:rsidRDefault="00961988" w:rsidP="00961988">
            <w:r>
              <w:t>HSC (12</w:t>
            </w:r>
            <w:r w:rsidRPr="00BF07B1">
              <w:rPr>
                <w:vertAlign w:val="superscript"/>
              </w:rPr>
              <w:t>th</w:t>
            </w:r>
            <w:r>
              <w:t>)</w:t>
            </w:r>
          </w:p>
        </w:tc>
        <w:tc>
          <w:tcPr>
            <w:tcW w:w="1728" w:type="dxa"/>
          </w:tcPr>
          <w:p w14:paraId="0E013B5B" w14:textId="714DB663" w:rsidR="00961988" w:rsidRDefault="00961988" w:rsidP="00961988">
            <w:r>
              <w:t>2016</w:t>
            </w:r>
          </w:p>
        </w:tc>
        <w:tc>
          <w:tcPr>
            <w:tcW w:w="1728" w:type="dxa"/>
          </w:tcPr>
          <w:p w14:paraId="604EC289" w14:textId="0D749D1B" w:rsidR="00961988" w:rsidRDefault="00961988" w:rsidP="00961988">
            <w:r>
              <w:t xml:space="preserve">Dr R K Gov </w:t>
            </w:r>
            <w:proofErr w:type="spellStart"/>
            <w:r>
              <w:t>Hr</w:t>
            </w:r>
            <w:proofErr w:type="spellEnd"/>
            <w:r>
              <w:t xml:space="preserve"> Sec School</w:t>
            </w:r>
          </w:p>
        </w:tc>
        <w:tc>
          <w:tcPr>
            <w:tcW w:w="1873" w:type="dxa"/>
          </w:tcPr>
          <w:p w14:paraId="4889EF9D" w14:textId="77777777" w:rsidR="00961988" w:rsidRDefault="00961988" w:rsidP="00961988">
            <w:r>
              <w:t>State Board</w:t>
            </w:r>
          </w:p>
        </w:tc>
        <w:tc>
          <w:tcPr>
            <w:tcW w:w="1728" w:type="dxa"/>
          </w:tcPr>
          <w:p w14:paraId="6EBA3ED0" w14:textId="789FB897" w:rsidR="00961988" w:rsidRDefault="00961988" w:rsidP="00961988">
            <w:r>
              <w:t>52%</w:t>
            </w:r>
          </w:p>
        </w:tc>
      </w:tr>
      <w:tr w:rsidR="00961988" w14:paraId="0ACA04ED" w14:textId="77777777" w:rsidTr="00BF07B1">
        <w:tc>
          <w:tcPr>
            <w:tcW w:w="1728" w:type="dxa"/>
          </w:tcPr>
          <w:p w14:paraId="369C0BC9" w14:textId="1F95BBCF" w:rsidR="00961988" w:rsidRDefault="00961988" w:rsidP="00961988">
            <w:r>
              <w:t>SSLC (10</w:t>
            </w:r>
            <w:r w:rsidRPr="00BF07B1">
              <w:rPr>
                <w:vertAlign w:val="superscript"/>
              </w:rPr>
              <w:t>th</w:t>
            </w:r>
            <w:r>
              <w:t>)</w:t>
            </w:r>
          </w:p>
        </w:tc>
        <w:tc>
          <w:tcPr>
            <w:tcW w:w="1728" w:type="dxa"/>
          </w:tcPr>
          <w:p w14:paraId="1B7CFCA8" w14:textId="1833B06E" w:rsidR="00961988" w:rsidRDefault="00961988" w:rsidP="00961988">
            <w:r>
              <w:t>2014</w:t>
            </w:r>
          </w:p>
        </w:tc>
        <w:tc>
          <w:tcPr>
            <w:tcW w:w="1728" w:type="dxa"/>
          </w:tcPr>
          <w:p w14:paraId="24F57C52" w14:textId="3D4050B2" w:rsidR="00961988" w:rsidRDefault="00961988" w:rsidP="00961988">
            <w:r>
              <w:t xml:space="preserve">Dr R K Gov </w:t>
            </w:r>
            <w:proofErr w:type="spellStart"/>
            <w:r>
              <w:t>Hr</w:t>
            </w:r>
            <w:proofErr w:type="spellEnd"/>
            <w:r>
              <w:t xml:space="preserve"> Sec School</w:t>
            </w:r>
          </w:p>
        </w:tc>
        <w:tc>
          <w:tcPr>
            <w:tcW w:w="1873" w:type="dxa"/>
          </w:tcPr>
          <w:p w14:paraId="78AF0D9C" w14:textId="77777777" w:rsidR="00961988" w:rsidRDefault="00961988" w:rsidP="00961988">
            <w:r>
              <w:t>State Board</w:t>
            </w:r>
          </w:p>
        </w:tc>
        <w:tc>
          <w:tcPr>
            <w:tcW w:w="1728" w:type="dxa"/>
          </w:tcPr>
          <w:p w14:paraId="6EA9FFDF" w14:textId="76C770AD" w:rsidR="00961988" w:rsidRDefault="00961988" w:rsidP="00961988">
            <w:r>
              <w:t>60%</w:t>
            </w:r>
          </w:p>
        </w:tc>
      </w:tr>
    </w:tbl>
    <w:p w14:paraId="07DF0B6E" w14:textId="77777777" w:rsidR="00126420" w:rsidRDefault="003324BD">
      <w:pPr>
        <w:pStyle w:val="Heading1"/>
      </w:pPr>
      <w:r>
        <w:t>Technical Skills</w:t>
      </w:r>
    </w:p>
    <w:p w14:paraId="12C6200E" w14:textId="28521A84" w:rsidR="00126420" w:rsidRDefault="003324BD" w:rsidP="00C31BD0">
      <w:pPr>
        <w:pStyle w:val="NormalWeb"/>
      </w:pPr>
      <w:r>
        <w:t xml:space="preserve">• Operating Systems: </w:t>
      </w:r>
      <w:r w:rsidR="006F77C8">
        <w:t>Basic knowledge of Windows</w:t>
      </w:r>
      <w:r w:rsidR="00366F43">
        <w:t xml:space="preserve">                                                                               </w:t>
      </w:r>
      <w:r w:rsidR="00366F43">
        <w:t xml:space="preserve">• Understanding of </w:t>
      </w:r>
      <w:r w:rsidR="00366F43">
        <w:rPr>
          <w:rStyle w:val="Strong"/>
        </w:rPr>
        <w:t>IP addressing, subnets, and routing basics</w:t>
      </w:r>
      <w:r w:rsidR="00366F43">
        <w:t xml:space="preserve"> </w:t>
      </w:r>
      <w:r w:rsidR="00C31BD0">
        <w:t xml:space="preserve">                                                              </w:t>
      </w:r>
      <w:r w:rsidR="00C31BD0">
        <w:t xml:space="preserve">• </w:t>
      </w:r>
      <w:r w:rsidR="00366F43">
        <w:t xml:space="preserve"> </w:t>
      </w:r>
      <w:r w:rsidR="00C31BD0">
        <w:t xml:space="preserve">Knowledge of </w:t>
      </w:r>
      <w:r w:rsidR="00C31BD0">
        <w:rPr>
          <w:rStyle w:val="Strong"/>
        </w:rPr>
        <w:t>LAN, WAN, VLAN, and VPN concepts</w:t>
      </w:r>
      <w:r w:rsidR="00366F43">
        <w:t xml:space="preserve">                                                                     </w:t>
      </w:r>
      <w:r>
        <w:t xml:space="preserve">• </w:t>
      </w:r>
      <w:r w:rsidR="00C31BD0">
        <w:t xml:space="preserve"> Experience with </w:t>
      </w:r>
      <w:r w:rsidR="00C31BD0">
        <w:rPr>
          <w:rStyle w:val="Strong"/>
        </w:rPr>
        <w:t>routers, switches, hubs, and access points</w:t>
      </w:r>
      <w:r w:rsidR="00C31BD0">
        <w:t xml:space="preserve">                                                          </w:t>
      </w:r>
      <w:r w:rsidR="00C31BD0">
        <w:t xml:space="preserve">• Basic troubleshooting of </w:t>
      </w:r>
      <w:r w:rsidR="00C31BD0">
        <w:rPr>
          <w:rStyle w:val="Strong"/>
        </w:rPr>
        <w:t>network cables, ports, and connectors</w:t>
      </w:r>
      <w:r w:rsidR="00C31BD0">
        <w:rPr>
          <w:rStyle w:val="Strong"/>
        </w:rPr>
        <w:t xml:space="preserve">                                             </w:t>
      </w:r>
      <w:r>
        <w:t>• Tools</w:t>
      </w:r>
      <w:r w:rsidR="00C31BD0">
        <w:t xml:space="preserve"> </w:t>
      </w:r>
      <w:r w:rsidR="00C31BD0">
        <w:t xml:space="preserve">Familiarity with </w:t>
      </w:r>
      <w:r w:rsidR="00C31BD0">
        <w:rPr>
          <w:rStyle w:val="Strong"/>
        </w:rPr>
        <w:t xml:space="preserve">ping, traceroute, ipconfig/ifconfig, </w:t>
      </w:r>
      <w:proofErr w:type="spellStart"/>
      <w:r w:rsidR="00C31BD0">
        <w:rPr>
          <w:rStyle w:val="Strong"/>
        </w:rPr>
        <w:t>nslookup</w:t>
      </w:r>
      <w:proofErr w:type="spellEnd"/>
      <w:r w:rsidR="00C31BD0">
        <w:rPr>
          <w:rStyle w:val="Strong"/>
        </w:rPr>
        <w:t xml:space="preserve">                                                           </w:t>
      </w:r>
      <w:r>
        <w:t xml:space="preserve">• </w:t>
      </w:r>
      <w:r w:rsidR="00C31BD0">
        <w:t xml:space="preserve">Awareness of </w:t>
      </w:r>
      <w:r w:rsidR="00C31BD0">
        <w:rPr>
          <w:rStyle w:val="Strong"/>
        </w:rPr>
        <w:t>firewalls, antivirus, and basic access control</w:t>
      </w:r>
      <w:r w:rsidR="00C31BD0">
        <w:t xml:space="preserve">                                                           </w:t>
      </w:r>
      <w:r w:rsidR="00C31BD0">
        <w:t xml:space="preserve">• Understanding of </w:t>
      </w:r>
      <w:r w:rsidR="00C31BD0">
        <w:rPr>
          <w:rStyle w:val="Strong"/>
        </w:rPr>
        <w:t>password policies, authentication, and encryption basics</w:t>
      </w:r>
      <w:r w:rsidR="00C31BD0">
        <w:t xml:space="preserve">                                  </w:t>
      </w:r>
      <w:r>
        <w:t>• Productivity Tools: MS Office, MS Outlook, Skype for Business</w:t>
      </w:r>
    </w:p>
    <w:p w14:paraId="13AB76B8" w14:textId="77777777" w:rsidR="006F77C8" w:rsidRDefault="006F77C8"/>
    <w:p w14:paraId="55C86930" w14:textId="77777777" w:rsidR="00126420" w:rsidRDefault="003324BD">
      <w:pPr>
        <w:pStyle w:val="Heading1"/>
      </w:pPr>
      <w:r>
        <w:t>Personal Details</w:t>
      </w:r>
    </w:p>
    <w:p w14:paraId="047847CF" w14:textId="6A9DE982" w:rsidR="00126420" w:rsidRDefault="003324BD">
      <w:r>
        <w:t xml:space="preserve">• Date of Birth: </w:t>
      </w:r>
      <w:r w:rsidR="00C46B47">
        <w:t>18</w:t>
      </w:r>
      <w:r>
        <w:t xml:space="preserve"> </w:t>
      </w:r>
      <w:r w:rsidR="00C46B47">
        <w:t>Mar</w:t>
      </w:r>
      <w:r>
        <w:t xml:space="preserve"> 199</w:t>
      </w:r>
      <w:r w:rsidR="00C46B47">
        <w:t>9</w:t>
      </w:r>
      <w:r>
        <w:br/>
        <w:t xml:space="preserve">• Languages: English, </w:t>
      </w:r>
      <w:r w:rsidR="00C46B47">
        <w:t>Tamil</w:t>
      </w:r>
      <w:r>
        <w:t xml:space="preserve">(W/R), </w:t>
      </w:r>
      <w:r w:rsidR="00C46B47">
        <w:t>Telugu</w:t>
      </w:r>
      <w:r>
        <w:t xml:space="preserve"> (S)</w:t>
      </w:r>
      <w:r>
        <w:br/>
        <w:t>• Strengths: Time Management, Problem Solving, Creativity</w:t>
      </w:r>
      <w:r>
        <w:br/>
        <w:t>• Nationality: Indian</w:t>
      </w:r>
      <w:r>
        <w:br/>
      </w:r>
    </w:p>
    <w:sectPr w:rsidR="0012642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8FA59D3"/>
    <w:multiLevelType w:val="multilevel"/>
    <w:tmpl w:val="543C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0A8"/>
    <w:rsid w:val="0003120B"/>
    <w:rsid w:val="00034616"/>
    <w:rsid w:val="0006063C"/>
    <w:rsid w:val="000F706F"/>
    <w:rsid w:val="00126420"/>
    <w:rsid w:val="0015074B"/>
    <w:rsid w:val="001C7458"/>
    <w:rsid w:val="00291F93"/>
    <w:rsid w:val="0029639D"/>
    <w:rsid w:val="00326F90"/>
    <w:rsid w:val="003324BD"/>
    <w:rsid w:val="00366F43"/>
    <w:rsid w:val="004430AE"/>
    <w:rsid w:val="006F77C8"/>
    <w:rsid w:val="00763719"/>
    <w:rsid w:val="00862B41"/>
    <w:rsid w:val="008E01BA"/>
    <w:rsid w:val="00961988"/>
    <w:rsid w:val="009805EF"/>
    <w:rsid w:val="00A60FB3"/>
    <w:rsid w:val="00AA1D8D"/>
    <w:rsid w:val="00B47730"/>
    <w:rsid w:val="00BF07B1"/>
    <w:rsid w:val="00C10378"/>
    <w:rsid w:val="00C31BD0"/>
    <w:rsid w:val="00C46B47"/>
    <w:rsid w:val="00CB0664"/>
    <w:rsid w:val="00E05980"/>
    <w:rsid w:val="00E352E4"/>
    <w:rsid w:val="00ED2F6E"/>
    <w:rsid w:val="00F83B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28FF9"/>
  <w14:defaultImageDpi w14:val="300"/>
  <w15:docId w15:val="{BD0C102C-0743-A04D-96DB-123A9352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C31BD0"/>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464641">
      <w:bodyDiv w:val="1"/>
      <w:marLeft w:val="0"/>
      <w:marRight w:val="0"/>
      <w:marTop w:val="0"/>
      <w:marBottom w:val="0"/>
      <w:divBdr>
        <w:top w:val="none" w:sz="0" w:space="0" w:color="auto"/>
        <w:left w:val="none" w:sz="0" w:space="0" w:color="auto"/>
        <w:bottom w:val="none" w:sz="0" w:space="0" w:color="auto"/>
        <w:right w:val="none" w:sz="0" w:space="0" w:color="auto"/>
      </w:divBdr>
    </w:div>
    <w:div w:id="503782794">
      <w:bodyDiv w:val="1"/>
      <w:marLeft w:val="0"/>
      <w:marRight w:val="0"/>
      <w:marTop w:val="0"/>
      <w:marBottom w:val="0"/>
      <w:divBdr>
        <w:top w:val="none" w:sz="0" w:space="0" w:color="auto"/>
        <w:left w:val="none" w:sz="0" w:space="0" w:color="auto"/>
        <w:bottom w:val="none" w:sz="0" w:space="0" w:color="auto"/>
        <w:right w:val="none" w:sz="0" w:space="0" w:color="auto"/>
      </w:divBdr>
    </w:div>
    <w:div w:id="1064983250">
      <w:bodyDiv w:val="1"/>
      <w:marLeft w:val="0"/>
      <w:marRight w:val="0"/>
      <w:marTop w:val="0"/>
      <w:marBottom w:val="0"/>
      <w:divBdr>
        <w:top w:val="none" w:sz="0" w:space="0" w:color="auto"/>
        <w:left w:val="none" w:sz="0" w:space="0" w:color="auto"/>
        <w:bottom w:val="none" w:sz="0" w:space="0" w:color="auto"/>
        <w:right w:val="none" w:sz="0" w:space="0" w:color="auto"/>
      </w:divBdr>
    </w:div>
    <w:div w:id="1525896561">
      <w:bodyDiv w:val="1"/>
      <w:marLeft w:val="0"/>
      <w:marRight w:val="0"/>
      <w:marTop w:val="0"/>
      <w:marBottom w:val="0"/>
      <w:divBdr>
        <w:top w:val="none" w:sz="0" w:space="0" w:color="auto"/>
        <w:left w:val="none" w:sz="0" w:space="0" w:color="auto"/>
        <w:bottom w:val="none" w:sz="0" w:space="0" w:color="auto"/>
        <w:right w:val="none" w:sz="0" w:space="0" w:color="auto"/>
      </w:divBdr>
    </w:div>
    <w:div w:id="1741520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0799D-09D6-4A86-8AD1-CA37ACA46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26</cp:revision>
  <dcterms:created xsi:type="dcterms:W3CDTF">2025-12-20T05:42:00Z</dcterms:created>
  <dcterms:modified xsi:type="dcterms:W3CDTF">2026-03-17T06:20:00Z</dcterms:modified>
  <cp:category/>
</cp:coreProperties>
</file>