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SHYAM SUNDAR BEHERA</w:t>
      </w:r>
    </w:p>
    <w:p>
      <w:r>
        <w:t>#68, Jyothi Nagar, Bangalore</w:t>
        <w:br/>
        <w:t>Phone: +91 7735688487 | Email: beherashyam1982@gmail.com</w:t>
      </w:r>
    </w:p>
    <w:p>
      <w:pPr>
        <w:jc w:val="left"/>
      </w:pPr>
      <w:r>
        <w:rPr>
          <w:b/>
          <w:sz w:val="24"/>
        </w:rPr>
        <w:t>Professional Summary</w:t>
      </w:r>
    </w:p>
    <w:p>
      <w:r>
        <w:t>Dynamic and results-driven Restaurant &amp; Store Manager with over 10 years of experience in managing hospitality outlets. Proven track record in team leadership, customer service excellence, inventory control, budgeting, and staff development. Passionate about creating memorable dining experiences and driving business growth through strategic planning and operational efficiency.</w:t>
      </w:r>
    </w:p>
    <w:p>
      <w:pPr>
        <w:jc w:val="left"/>
      </w:pPr>
      <w:r>
        <w:rPr>
          <w:b/>
          <w:sz w:val="24"/>
        </w:rPr>
        <w:t>Skills</w:t>
      </w:r>
    </w:p>
    <w:p>
      <w:pPr>
        <w:pStyle w:val="ListBullet"/>
      </w:pPr>
      <w:r>
        <w:t>Staff Training &amp; Supervision</w:t>
      </w:r>
    </w:p>
    <w:p>
      <w:pPr>
        <w:pStyle w:val="ListBullet"/>
      </w:pPr>
      <w:r>
        <w:t>Customer Service Management</w:t>
      </w:r>
    </w:p>
    <w:p>
      <w:pPr>
        <w:pStyle w:val="ListBullet"/>
      </w:pPr>
      <w:r>
        <w:t>Inventory &amp; Supply Chain Management</w:t>
      </w:r>
    </w:p>
    <w:p>
      <w:pPr>
        <w:pStyle w:val="ListBullet"/>
      </w:pPr>
      <w:r>
        <w:t>Budgeting &amp; Cost Control</w:t>
      </w:r>
    </w:p>
    <w:p>
      <w:pPr>
        <w:pStyle w:val="ListBullet"/>
      </w:pPr>
      <w:r>
        <w:t>Health &amp; Safety Compliance</w:t>
      </w:r>
    </w:p>
    <w:p>
      <w:pPr>
        <w:pStyle w:val="ListBullet"/>
      </w:pPr>
      <w:r>
        <w:t>Scheduling &amp; Shift Management</w:t>
      </w:r>
    </w:p>
    <w:p>
      <w:pPr>
        <w:pStyle w:val="ListBullet"/>
      </w:pPr>
      <w:r>
        <w:t>Event Planning &amp; Coordination</w:t>
      </w:r>
    </w:p>
    <w:p>
      <w:pPr>
        <w:pStyle w:val="ListBullet"/>
      </w:pPr>
      <w:r>
        <w:t>POS Systems</w:t>
      </w:r>
    </w:p>
    <w:p>
      <w:pPr>
        <w:pStyle w:val="ListBullet"/>
      </w:pPr>
      <w:r>
        <w:t>Conflict Resolution</w:t>
      </w:r>
    </w:p>
    <w:p>
      <w:pPr>
        <w:pStyle w:val="ListBullet"/>
      </w:pPr>
      <w:r>
        <w:t>Marketing &amp; Promotions</w:t>
      </w:r>
    </w:p>
    <w:p>
      <w:pPr>
        <w:jc w:val="left"/>
      </w:pPr>
      <w:r>
        <w:rPr>
          <w:b/>
          <w:sz w:val="24"/>
        </w:rPr>
        <w:t>Professional Experience</w:t>
      </w:r>
    </w:p>
    <w:p>
      <w:r>
        <w:t>Restaurant Manager</w:t>
        <w:br/>
        <w:t>Rainbow Hotel, Bhubaneswar, Odisha | 2015 – 2022</w:t>
      </w:r>
    </w:p>
    <w:p>
      <w:pPr>
        <w:pStyle w:val="ListBullet"/>
      </w:pPr>
      <w:r>
        <w:t>Supervised daily restaurant operations to ensure excellent guest experiences.</w:t>
      </w:r>
    </w:p>
    <w:p>
      <w:pPr>
        <w:pStyle w:val="ListBullet"/>
      </w:pPr>
      <w:r>
        <w:t>Led a team of staff, managing hiring, training, and performance evaluations.</w:t>
      </w:r>
    </w:p>
    <w:p>
      <w:pPr>
        <w:pStyle w:val="ListBullet"/>
      </w:pPr>
      <w:r>
        <w:t>Reduced operating expenses by 22% through strategic cost-control measures.</w:t>
      </w:r>
    </w:p>
    <w:p>
      <w:pPr>
        <w:pStyle w:val="ListBullet"/>
      </w:pPr>
      <w:r>
        <w:t>Increased customer satisfaction scores by 91% with enhanced service standards.</w:t>
      </w:r>
    </w:p>
    <w:p>
      <w:pPr>
        <w:pStyle w:val="ListBullet"/>
      </w:pPr>
      <w:r>
        <w:t>Executed marketing campaigns, resulting in a 30% increase in revenue.</w:t>
      </w:r>
    </w:p>
    <w:p>
      <w:r>
        <w:t>Assistant Admin Manager</w:t>
        <w:br/>
        <w:t>Indiranagar, Bangalore</w:t>
      </w:r>
    </w:p>
    <w:p>
      <w:pPr>
        <w:pStyle w:val="ListBullet"/>
      </w:pPr>
      <w:r>
        <w:t>Supported daily operations, including inventory control and vendor coordination.</w:t>
      </w:r>
    </w:p>
    <w:p>
      <w:pPr>
        <w:pStyle w:val="ListBullet"/>
      </w:pPr>
      <w:r>
        <w:t>Optimized staffing schedules to improve productivity and reduce costs.</w:t>
      </w:r>
    </w:p>
    <w:p>
      <w:pPr>
        <w:pStyle w:val="ListBullet"/>
      </w:pPr>
      <w:r>
        <w:t>Resolved customer complaints promptly to maintain high retention rates.</w:t>
      </w:r>
    </w:p>
    <w:p>
      <w:pPr>
        <w:pStyle w:val="ListBullet"/>
      </w:pPr>
      <w:r>
        <w:t>Assisted in organizing events and managing catering services.</w:t>
      </w:r>
    </w:p>
    <w:p>
      <w:r>
        <w:t>Shift Supervisor (Front Office)</w:t>
        <w:br/>
        <w:t>Tristar Service Apartment, Bangalore | 2022 – 2023</w:t>
      </w:r>
    </w:p>
    <w:p>
      <w:pPr>
        <w:pStyle w:val="ListBullet"/>
      </w:pPr>
      <w:r>
        <w:t>Delivered high-quality guest services, contributing to positive customer feedback.</w:t>
      </w:r>
    </w:p>
    <w:p>
      <w:pPr>
        <w:pStyle w:val="ListBullet"/>
      </w:pPr>
      <w:r>
        <w:t>Trained new hires in service protocols and POS usage.</w:t>
      </w:r>
    </w:p>
    <w:p>
      <w:pPr>
        <w:pStyle w:val="ListBullet"/>
      </w:pPr>
      <w:r>
        <w:t>Managed shift duties, including cash handling and end-of-day reconciliations.</w:t>
      </w:r>
    </w:p>
    <w:p>
      <w:r>
        <w:t>Admin Executive</w:t>
        <w:br/>
        <w:t>Sugar Crafts Pvt. Ltd., Balendur, Bangalore | 2023 – 2025</w:t>
      </w:r>
    </w:p>
    <w:p>
      <w:pPr>
        <w:pStyle w:val="ListBullet"/>
      </w:pPr>
      <w:r>
        <w:t>Oversaw administrative functions to support smooth business operations.</w:t>
      </w:r>
    </w:p>
    <w:p>
      <w:pPr>
        <w:pStyle w:val="ListBullet"/>
      </w:pPr>
      <w:r>
        <w:t>Maintained vendor records, inventory, and coordinated office logistics.</w:t>
      </w:r>
    </w:p>
    <w:p>
      <w:pPr>
        <w:pStyle w:val="ListBullet"/>
      </w:pPr>
      <w:r>
        <w:t>Contributed to staff training and inter-department coordination.</w:t>
      </w:r>
    </w:p>
    <w:p>
      <w:pPr>
        <w:jc w:val="left"/>
      </w:pPr>
      <w:r>
        <w:rPr>
          <w:b/>
          <w:sz w:val="24"/>
        </w:rPr>
        <w:t>Education</w:t>
      </w:r>
    </w:p>
    <w:p>
      <w:r>
        <w:t>Master’s Degree</w:t>
        <w:br/>
        <w:t>Bhadrak College, IGNOU</w:t>
      </w:r>
    </w:p>
    <w:p>
      <w:r>
        <w:t>Bachelor’s Degree</w:t>
        <w:br/>
        <w:t>MCM College, Bhadrak – F.M. University, Balasore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